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/>
          <w:b/>
          <w:sz w:val="48"/>
        </w:rPr>
        <w:t>WORKS THAT GOD REWARDS</w:t>
      </w:r>
    </w:p>
    <w:p>
      <w:pPr>
        <w:spacing w:after="100"/>
        <w:jc w:val="center"/>
      </w:pPr>
      <w:r>
        <w:rPr>
          <w:rFonts w:ascii="Times New Roman" w:hAnsi="Times New Roman"/>
          <w:i/>
          <w:sz w:val="32"/>
        </w:rPr>
        <w:t>A Biblical Checklist for the Christian Life</w:t>
      </w:r>
    </w:p>
    <w:p>
      <w:pPr>
        <w:spacing w:after="140"/>
        <w:jc w:val="center"/>
      </w:pPr>
      <w:r>
        <w:rPr>
          <w:rFonts w:ascii="Times New Roman" w:hAnsi="Times New Roman"/>
          <w:b/>
          <w:sz w:val="32"/>
        </w:rPr>
        <w:t>Salvation is by grace through faith - not by works.  (Ephesians 2:8-10)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76"/>
        <w:gridCol w:w="4608"/>
      </w:tblGrid>
      <w:tr>
        <w:tc>
          <w:tcPr>
            <w:tcW w:type="dxa" w:w="5400"/>
            <w:vAlign w:val="center"/>
          </w:tcPr>
          <w:p>
            <w:pPr>
              <w:spacing w:after="40"/>
            </w:pPr>
            <w:r>
              <w:rPr>
                <w:rFonts w:ascii="Times New Roman" w:hAnsi="Times New Roman"/>
                <w:b/>
                <w:sz w:val="25"/>
              </w:rPr>
              <w:t>WHAT SHOULD I BE DOING?</w:t>
            </w:r>
          </w:p>
        </w:tc>
        <w:tc>
          <w:tcPr>
            <w:tcW w:type="dxa" w:w="5400"/>
            <w:vAlign w:val="center"/>
          </w:tcPr>
          <w:p>
            <w:pPr>
              <w:spacing w:after="40"/>
            </w:pPr>
            <w:r>
              <w:rPr>
                <w:rFonts w:ascii="Times New Roman" w:hAnsi="Times New Roman"/>
                <w:b/>
                <w:sz w:val="25"/>
              </w:rPr>
              <w:t>SCRIPTURE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Serve Christ faithfully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1 Corinthians 3:8-14; Colossians 3:23-24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Do good works and help others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Ephesians 2:10; Galatians 6:9-10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Give generously and quietly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Matthew 6:1-4; Philippians 4:15-17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Meet practical needs - even small acts matter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Matthew 10:40-42; Hebrews 6:10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Love and serve other believers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Hebrews 6:10; John 13:34-35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Love your enemies and do good to them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Luke 6:27-35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Pray sincerely, not for the praise of people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Matthew 6:5-6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Fast sincerely before God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Matthew 6:16-18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Share the Gospel and help bring people to Christ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1 Thessalonians 2:19-20; 1 Corinthians 9:16-18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Teach and handle God's Word faithfully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1 Corinthians 4:1-5; 2 Timothy 2:15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Use the abilities and opportunities God gave you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Matthew 25:14-23; Luke 19:12-19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Work diligently as though working for Christ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Colossians 3:23-24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Persevere faithfully through trials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James 1:12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Remain faithful through persecution or ridicule for Christ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Matthew 5:10-12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Practice self-control and spiritual discipline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1 Corinthians 9:24-27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Finish your Christian life faithfully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2 Timothy 4:7-8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Faithfully care for and shepherd God's people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1 Peter 5:2-4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Practice hospitality and help those who cannot repay you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Luke 14:12-14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Make genuine sacrifices for Christ and His kingdom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Matthew 19:27-29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Be faithful with money and possessions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Luke 16:10-12; Matthew 6:19-21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Be faithful in the little things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Luke 16:10</w:t>
            </w:r>
          </w:p>
        </w:tc>
      </w:tr>
      <w:tr>
        <w:tc>
          <w:tcPr>
            <w:tcW w:type="dxa" w:w="5976"/>
          </w:tcPr>
          <w:p>
            <w:pPr>
              <w:spacing w:after="0" w:line="240" w:lineRule="auto"/>
            </w:pPr>
            <w:r>
              <w:rPr>
                <w:rFonts w:ascii="Arial" w:hAnsi="Arial"/>
                <w:sz w:val="23"/>
              </w:rPr>
              <w:t>☐  Do it for the right reason - God sees the heart</w:t>
            </w:r>
          </w:p>
        </w:tc>
        <w:tc>
          <w:tcPr>
            <w:tcW w:type="dxa" w:w="4608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3"/>
              </w:rPr>
              <w:t>1 Corinthians 4:5; Matthew 6:1-18</w:t>
            </w:r>
          </w:p>
        </w:tc>
      </w:tr>
    </w:tbl>
    <w:p>
      <w:pPr>
        <w:spacing w:before="100" w:after="20"/>
      </w:pPr>
      <w:r>
        <w:rPr>
          <w:b/>
          <w:sz w:val="36"/>
        </w:rPr>
        <w:t>THE PRINCIPLE</w:t>
      </w:r>
    </w:p>
    <w:p>
      <w:pPr>
        <w:spacing w:after="20"/>
        <w:jc w:val="center"/>
      </w:pPr>
      <w:r>
        <w:rPr>
          <w:b/>
          <w:sz w:val="32"/>
        </w:rPr>
        <w:t>"Every man's work shall be made manifest... the fire shall try every</w:t>
        <w:br/>
        <w:t>man's work of what sort it is."</w:t>
      </w:r>
    </w:p>
    <w:p>
      <w:pPr>
        <w:spacing w:after="60"/>
        <w:jc w:val="center"/>
      </w:pPr>
      <w:r>
        <w:rPr>
          <w:i/>
          <w:sz w:val="28"/>
        </w:rPr>
        <w:t>- 1 Corinthians 3:13 KJV</w:t>
      </w:r>
    </w:p>
    <w:p>
      <w:pPr>
        <w:spacing w:after="60"/>
        <w:jc w:val="center"/>
      </w:pPr>
      <w:r>
        <w:rPr>
          <w:b/>
          <w:sz w:val="32"/>
        </w:rPr>
        <w:t>Faithfulness + Obedience + Right Motive + Stewardship + Perseverance</w:t>
        <w:br/>
        <w:t>+ Love + Sacrifice</w:t>
      </w:r>
    </w:p>
    <w:p>
      <w:pPr>
        <w:spacing w:after="60"/>
        <w:jc w:val="center"/>
      </w:pPr>
      <w:r>
        <w:rPr>
          <w:sz w:val="27"/>
        </w:rPr>
        <w:t>Works do not earn salvation. They are the fruit of salvation and are evaluated by Christ.</w:t>
      </w:r>
    </w:p>
    <w:p>
      <w:pPr>
        <w:spacing w:after="0"/>
        <w:jc w:val="center"/>
      </w:pPr>
      <w:r>
        <w:rPr>
          <w:i/>
          <w:sz w:val="27"/>
        </w:rPr>
        <w:t>"And whatsoever ye do, do it heartily, as to the Lord, and not unto men; Knowing that</w:t>
        <w:br/>
        <w:t>of the Lord ye shall receive the reward..."</w:t>
      </w:r>
    </w:p>
    <w:p>
      <w:pPr>
        <w:jc w:val="center"/>
      </w:pPr>
      <w:r>
        <w:rPr>
          <w:b/>
          <w:sz w:val="28"/>
        </w:rPr>
        <w:t>Colossians 3:23-24 KJV</w:t>
      </w:r>
    </w:p>
    <w:sectPr w:rsidR="00FC693F" w:rsidRPr="0006063C" w:rsidSect="00034616">
      <w:pgSz w:w="12240" w:h="15840"/>
      <w:pgMar w:top="605" w:right="720" w:bottom="60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