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 Biblical Check Against Lukewarm Christianity</w:t>
      </w:r>
    </w:p>
    <w:p>
      <w:pPr>
        <w:jc w:val="center"/>
      </w:pPr>
      <w:r>
        <w:rPr>
          <w:b/>
          <w:sz w:val="22"/>
        </w:rPr>
        <w:t>Ezekiel 33:31-32 - Class Discussion &amp; Personal Application</w:t>
      </w:r>
    </w:p>
    <w:p>
      <w:pPr>
        <w:pStyle w:val="Heading1"/>
      </w:pPr>
      <w:r>
        <w:t>Key Text - Ezekiel 33:31 KJV</w:t>
      </w:r>
    </w:p>
    <w:p>
      <w:pPr>
        <w:ind w:left="360"/>
      </w:pPr>
      <w:r>
        <w:rPr>
          <w:i/>
        </w:rPr>
        <w:t>"And they come unto thee as the people cometh, and they sit before thee as my people, and they hear thy words, but they will not do them..."</w:t>
      </w:r>
    </w:p>
    <w:p>
      <w:r>
        <w:t>Ezekiel's listeners came to hear God's Word. They appeared interested and even enjoyed listening to Ezekiel (v. 32). The problem was not that they failed to hear the Word; hearing produced no change in their lives.</w:t>
      </w:r>
    </w:p>
    <w:p>
      <w:r>
        <w:rPr>
          <w:b/>
        </w:rPr>
        <w:t>Question for the class: How do we keep from becoming lukewarm Christians?</w:t>
      </w:r>
    </w:p>
    <w:p>
      <w:pPr>
        <w:pStyle w:val="Heading2"/>
      </w:pPr>
      <w:r>
        <w:t>1. Am I obeying what I already know?</w:t>
      </w:r>
    </w:p>
    <w:p>
      <w:pPr>
        <w:spacing w:after="60"/>
      </w:pPr>
      <w:r>
        <w:rPr>
          <w:i/>
        </w:rPr>
        <w:t>"But be ye doers of the word, and not hearers only, deceiving your own selves." - James 1:22</w:t>
      </w:r>
    </w:p>
    <w:p>
      <w:pPr>
        <w:spacing w:after="60"/>
      </w:pPr>
      <w:r>
        <w:t>Bible knowledge without obedience can become spiritual self-deception.</w:t>
      </w:r>
    </w:p>
    <w:p>
      <w:pPr>
        <w:spacing w:after="120"/>
      </w:pPr>
      <w:r>
        <w:rPr>
          <w:b/>
        </w:rPr>
        <w:t>☐ Am I doing what God's Word teaches - not merely agreeing with it?</w:t>
      </w:r>
    </w:p>
    <w:p>
      <w:pPr>
        <w:pStyle w:val="Heading2"/>
      </w:pPr>
      <w:r>
        <w:t>2. Do I have an active prayer life?</w:t>
      </w:r>
    </w:p>
    <w:p>
      <w:pPr>
        <w:spacing w:after="60"/>
      </w:pPr>
      <w:r>
        <w:rPr>
          <w:i/>
        </w:rPr>
        <w:t>"Pray without ceasing." - 1 Thessalonians 5:17</w:t>
      </w:r>
    </w:p>
    <w:p>
      <w:pPr>
        <w:spacing w:after="60"/>
      </w:pPr>
      <w:r>
        <w:t>Christianity is a relationship with God, not merely knowledge about God.</w:t>
      </w:r>
    </w:p>
    <w:p>
      <w:pPr>
        <w:spacing w:after="120"/>
      </w:pPr>
      <w:r>
        <w:rPr>
          <w:b/>
        </w:rPr>
        <w:t>☐ Am I regularly talking with God, thanking Him, confessing sin, seeking His will, and praying for others?</w:t>
      </w:r>
    </w:p>
    <w:p>
      <w:pPr>
        <w:pStyle w:val="Heading2"/>
      </w:pPr>
      <w:r>
        <w:t>3. Am I consistently in God's Word?</w:t>
      </w:r>
    </w:p>
    <w:p>
      <w:pPr>
        <w:spacing w:after="60"/>
      </w:pPr>
      <w:r>
        <w:rPr>
          <w:i/>
        </w:rPr>
        <w:t>"If ye continue in my word, then are ye my disciples indeed." - John 8:31</w:t>
      </w:r>
    </w:p>
    <w:p>
      <w:pPr>
        <w:spacing w:after="60"/>
      </w:pPr>
      <w:r>
        <w:t>Scripture should continually teach, correct, encourage, and shape the believer.</w:t>
      </w:r>
    </w:p>
    <w:p>
      <w:pPr>
        <w:spacing w:after="120"/>
      </w:pPr>
      <w:r>
        <w:rPr>
          <w:b/>
        </w:rPr>
        <w:t>☐ Am I reading Scripture to be changed by it - not simply to accumulate knowledge?</w:t>
      </w:r>
    </w:p>
    <w:p>
      <w:pPr>
        <w:pStyle w:val="Heading2"/>
      </w:pPr>
      <w:r>
        <w:t>4. When God exposes sin, do I repent?</w:t>
      </w:r>
    </w:p>
    <w:p>
      <w:pPr>
        <w:spacing w:after="60"/>
      </w:pPr>
      <w:r>
        <w:rPr>
          <w:i/>
        </w:rPr>
        <w:t>"As many as I love, I rebuke and chasten: be zealous therefore, and repent." - Revelation 3:19</w:t>
      </w:r>
    </w:p>
    <w:p>
      <w:pPr>
        <w:spacing w:after="60"/>
      </w:pPr>
      <w:r>
        <w:t>The answer to lukewarmness is not pretending we are spiritually strong. Christ tells the Laodiceans to repent.</w:t>
      </w:r>
    </w:p>
    <w:p>
      <w:pPr>
        <w:spacing w:after="120"/>
      </w:pPr>
      <w:r>
        <w:rPr>
          <w:b/>
        </w:rPr>
        <w:t>☐ Is there something I know is wrong that I have become comfortable allowing in my life?</w:t>
      </w:r>
    </w:p>
    <w:p>
      <w:pPr>
        <w:pStyle w:val="Heading2"/>
      </w:pPr>
      <w:r>
        <w:t>5. Does my love for Christ produce obedience?</w:t>
      </w:r>
    </w:p>
    <w:p>
      <w:pPr>
        <w:spacing w:after="60"/>
      </w:pPr>
      <w:r>
        <w:rPr>
          <w:i/>
        </w:rPr>
        <w:t>"If ye love me, keep my commandments." - John 14:15</w:t>
      </w:r>
    </w:p>
    <w:p>
      <w:pPr>
        <w:spacing w:after="60"/>
      </w:pPr>
      <w:r>
        <w:t>Obedience does not purchase salvation. It is a response to Christ.</w:t>
      </w:r>
    </w:p>
    <w:p>
      <w:pPr>
        <w:spacing w:after="120"/>
      </w:pPr>
      <w:r>
        <w:rPr>
          <w:b/>
        </w:rPr>
        <w:t>☐ Does the way I live demonstrate that Christ actually has authority over my life?</w:t>
      </w:r>
    </w:p>
    <w:p>
      <w:pPr>
        <w:pStyle w:val="Heading2"/>
      </w:pPr>
      <w:r>
        <w:t>6. Am I loving other people?</w:t>
      </w:r>
    </w:p>
    <w:p>
      <w:pPr>
        <w:spacing w:after="60"/>
      </w:pPr>
      <w:r>
        <w:rPr>
          <w:i/>
        </w:rPr>
        <w:t>"By this shall all men know that ye are my disciples, if ye have love one to another." - John 13:35</w:t>
      </w:r>
    </w:p>
    <w:p>
      <w:pPr>
        <w:spacing w:after="60"/>
      </w:pPr>
      <w:r>
        <w:t>Christian maturity is not measured solely by biblical knowledge. Christ identifies love as a distinguishing mark of His disciples.</w:t>
      </w:r>
    </w:p>
    <w:p>
      <w:pPr>
        <w:spacing w:after="120"/>
      </w:pPr>
      <w:r>
        <w:rPr>
          <w:b/>
        </w:rPr>
        <w:t>☐ Am I becoming more loving, forgiving, patient, compassionate, and willing to put others before myself?</w:t>
      </w:r>
    </w:p>
    <w:p>
      <w:pPr>
        <w:pStyle w:val="Heading2"/>
      </w:pPr>
      <w:r>
        <w:t>7. Am I serving when nobody notices?</w:t>
      </w:r>
    </w:p>
    <w:p>
      <w:pPr>
        <w:spacing w:after="60"/>
      </w:pPr>
      <w:r>
        <w:rPr>
          <w:i/>
        </w:rPr>
        <w:t>"Thy Father which seeth in secret himself shall reward thee openly." - Matthew 6:4</w:t>
      </w:r>
    </w:p>
    <w:p>
      <w:pPr>
        <w:spacing w:after="60"/>
      </w:pPr>
      <w:r>
        <w:t>Some of the best evidence of genuine devotion is what we willingly do when there is no recognition attached.</w:t>
      </w:r>
    </w:p>
    <w:p>
      <w:pPr>
        <w:spacing w:after="120"/>
      </w:pPr>
      <w:r>
        <w:rPr>
          <w:b/>
        </w:rPr>
        <w:t>☐ Would I still serve God and others if nobody ever knew I did it?</w:t>
      </w:r>
    </w:p>
    <w:p>
      <w:pPr>
        <w:pStyle w:val="Heading2"/>
      </w:pPr>
      <w:r>
        <w:t>8. Am I sharing the Gospel?</w:t>
      </w:r>
    </w:p>
    <w:p>
      <w:pPr>
        <w:spacing w:after="60"/>
      </w:pPr>
      <w:r>
        <w:rPr>
          <w:i/>
        </w:rPr>
        <w:t>"Go ye therefore, and teach all nations..." - Matthew 28:19</w:t>
      </w:r>
    </w:p>
    <w:p>
      <w:pPr>
        <w:spacing w:after="60"/>
      </w:pPr>
      <w:r>
        <w:t>Christ gave His disciples a mission. The Gospel is not something Christians were intended to keep to themselves.</w:t>
      </w:r>
    </w:p>
    <w:p>
      <w:pPr>
        <w:spacing w:after="120"/>
      </w:pPr>
      <w:r>
        <w:rPr>
          <w:b/>
        </w:rPr>
        <w:t>☐ Am I looking for opportunities to tell others about Christ?</w:t>
      </w:r>
    </w:p>
    <w:p>
      <w:pPr>
        <w:pStyle w:val="Heading2"/>
      </w:pPr>
      <w:r>
        <w:t>9. Is the Holy Spirit producing fruit in my character?</w:t>
      </w:r>
    </w:p>
    <w:p>
      <w:pPr>
        <w:spacing w:after="60"/>
      </w:pPr>
      <w:r>
        <w:rPr>
          <w:i/>
        </w:rPr>
        <w:t>"But the fruit of the Spirit is love, joy, peace, longsuffering, gentleness, goodness, faith, meekness, temperance..." - Galatians 5:22-23</w:t>
      </w:r>
    </w:p>
    <w:p>
      <w:pPr>
        <w:spacing w:after="60"/>
      </w:pPr>
      <w:r>
        <w:t>Spiritual growth should eventually become visible in character.</w:t>
      </w:r>
    </w:p>
    <w:p>
      <w:pPr>
        <w:spacing w:after="120"/>
      </w:pPr>
      <w:r>
        <w:rPr>
          <w:b/>
        </w:rPr>
        <w:t>☐ Over time, am I becoming more like this?</w:t>
      </w:r>
    </w:p>
    <w:p>
      <w:pPr>
        <w:pStyle w:val="Heading2"/>
      </w:pPr>
      <w:r>
        <w:t>10. Am I doing the good works God has given me opportunities to do?</w:t>
      </w:r>
    </w:p>
    <w:p>
      <w:pPr>
        <w:spacing w:after="60"/>
      </w:pPr>
      <w:r>
        <w:rPr>
          <w:i/>
        </w:rPr>
        <w:t>"For we are his workmanship, created in Christ Jesus unto good works..." - Ephesians 2:10</w:t>
      </w:r>
    </w:p>
    <w:p>
      <w:pPr>
        <w:spacing w:after="60"/>
      </w:pPr>
      <w:r>
        <w:t>We are not saved by good works (Ephesians 2:8-9), but those who are saved are called unto good works.</w:t>
      </w:r>
    </w:p>
    <w:p>
      <w:pPr>
        <w:spacing w:after="120"/>
      </w:pPr>
      <w:r>
        <w:rPr>
          <w:b/>
        </w:rPr>
        <w:t>☐ Is my faith producing action?</w:t>
      </w:r>
    </w:p>
    <w:p>
      <w:pPr>
        <w:pStyle w:val="Heading2"/>
      </w:pPr>
      <w:r>
        <w:t>11. Do I periodically examine my spiritual condition?</w:t>
      </w:r>
    </w:p>
    <w:p>
      <w:pPr>
        <w:spacing w:after="60"/>
      </w:pPr>
      <w:r>
        <w:rPr>
          <w:i/>
        </w:rPr>
        <w:t>"Examine yourselves, whether ye be in the faith; prove your own selves." - 2 Corinthians 13:5</w:t>
      </w:r>
    </w:p>
    <w:p>
      <w:pPr>
        <w:spacing w:after="60"/>
      </w:pPr>
      <w:r>
        <w:t>It is possible to become spiritually comfortable without realizing how far our hearts have drifted.</w:t>
      </w:r>
    </w:p>
    <w:p>
      <w:pPr>
        <w:spacing w:after="120"/>
      </w:pPr>
      <w:r>
        <w:rPr>
          <w:b/>
        </w:rPr>
        <w:t>☐ Am I honestly examining my relationship with God rather than simply assuming everything is fine?</w:t>
      </w:r>
    </w:p>
    <w:p>
      <w:pPr>
        <w:pStyle w:val="Heading1"/>
      </w:pPr>
      <w:r>
        <w:t>The Ezekiel 33 Test</w:t>
      </w:r>
    </w:p>
    <w:p>
      <w:r>
        <w:t>After hearing God's Word, ask:</w:t>
      </w:r>
    </w:p>
    <w:p>
      <w:pPr>
        <w:ind w:left="360"/>
      </w:pPr>
      <w:r>
        <w:rPr>
          <w:b/>
        </w:rPr>
        <w:t>☐ What did I learn?</w:t>
      </w:r>
    </w:p>
    <w:p>
      <w:pPr>
        <w:ind w:left="360"/>
      </w:pPr>
      <w:r>
        <w:rPr>
          <w:b/>
        </w:rPr>
        <w:t>☐ What convicted me?</w:t>
      </w:r>
    </w:p>
    <w:p>
      <w:pPr>
        <w:ind w:left="360"/>
      </w:pPr>
      <w:r>
        <w:rPr>
          <w:b/>
        </w:rPr>
        <w:t>☐ What needs to change?</w:t>
      </w:r>
    </w:p>
    <w:p>
      <w:pPr>
        <w:ind w:left="360"/>
      </w:pPr>
      <w:r>
        <w:rPr>
          <w:b/>
        </w:rPr>
        <w:t>☐ What am I actually going to do about it?</w:t>
      </w:r>
    </w:p>
    <w:p>
      <w:r>
        <w:t>The danger described in Ezekiel 33 is not simply failing to attend or failing to listen. They came. They sat. They heard. They apparently enjoyed the message.</w:t>
      </w:r>
    </w:p>
    <w:p>
      <w:pPr>
        <w:jc w:val="center"/>
      </w:pPr>
      <w:r>
        <w:rPr>
          <w:b/>
          <w:i/>
        </w:rPr>
        <w:t>"They hear thy words, but they do them not." - Ezekiel 33:32</w:t>
      </w:r>
    </w:p>
    <w:p>
      <w:pPr>
        <w:jc w:val="center"/>
      </w:pPr>
      <w:r>
        <w:rPr>
          <w:b/>
        </w:rPr>
        <w:t>Hear the Word -&gt; Believe the Word -&gt; Obey the Word -&gt; Repent when we fail -&gt; Continue following Christ.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Ezekiel 33:31-32 | KJV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